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9D0B6" w14:textId="77777777" w:rsidR="009176BB" w:rsidRDefault="00000000">
      <w:pPr>
        <w:pStyle w:val="Titel"/>
      </w:pPr>
      <w:r>
        <w:t>Intakeformulier kind en jongere</w:t>
      </w:r>
      <w:r>
        <w:rPr>
          <w:noProof/>
        </w:rPr>
        <w:drawing>
          <wp:anchor distT="0" distB="0" distL="0" distR="0" simplePos="0" relativeHeight="251667241" behindDoc="0" locked="0" layoutInCell="1" allowOverlap="1" wp14:anchorId="4755C403" wp14:editId="404D88A6">
            <wp:simplePos x="0" y="0"/>
            <wp:positionH relativeFrom="page">
              <wp:posOffset>612000</wp:posOffset>
            </wp:positionH>
            <wp:positionV relativeFrom="page">
              <wp:posOffset>162000</wp:posOffset>
            </wp:positionV>
            <wp:extent cx="360000" cy="360000"/>
            <wp:effectExtent l="0" t="0" r="0" b="0"/>
            <wp:wrapNone/>
            <wp:docPr id="900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ntwerp zonder titel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6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08A94B" w14:textId="77777777" w:rsidR="009176BB" w:rsidRDefault="00000000">
      <w:r>
        <w:rPr>
          <w:i/>
          <w:color w:val="657068"/>
          <w:sz w:val="20"/>
        </w:rPr>
        <w:t>Dit formulier helpt ons om de hulpvraag, ontwikkeling en leefomgeving van uw kind vooraf goed te begrijpen.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8"/>
      </w:tblGrid>
      <w:tr w:rsidR="009176BB" w14:paraId="48DEC4F8" w14:textId="77777777">
        <w:trPr>
          <w:jc w:val="center"/>
        </w:trPr>
        <w:tc>
          <w:tcPr>
            <w:tcW w:w="9978" w:type="dxa"/>
            <w:shd w:val="clear" w:color="auto" w:fill="E9EFEB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4F53472F" w14:textId="77777777" w:rsidR="009176BB" w:rsidRDefault="00000000">
            <w:r>
              <w:t>Vul in wat voor uw situatie relevant is. U mag vragen overslaan wanneer ze niet van toepassing zijn. Bespreek dringende medische of psychische zorgen rechtstreeks met een arts of hulpdienst.</w:t>
            </w:r>
          </w:p>
        </w:tc>
      </w:tr>
    </w:tbl>
    <w:p w14:paraId="25373157" w14:textId="77777777" w:rsidR="009176BB" w:rsidRDefault="009176BB"/>
    <w:p w14:paraId="516CA8E0" w14:textId="77777777" w:rsidR="009176BB" w:rsidRDefault="00000000">
      <w:pPr>
        <w:pStyle w:val="Kop1"/>
      </w:pPr>
      <w:r>
        <w:t>Contact en gezin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9"/>
        <w:gridCol w:w="4989"/>
      </w:tblGrid>
      <w:tr w:rsidR="009176BB" w14:paraId="50001959" w14:textId="77777777">
        <w:trPr>
          <w:jc w:val="center"/>
        </w:trPr>
        <w:tc>
          <w:tcPr>
            <w:tcW w:w="498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978426" w14:textId="77777777" w:rsidR="009176BB" w:rsidRDefault="00000000">
            <w:r>
              <w:rPr>
                <w:b/>
              </w:rPr>
              <w:t>Naam kind of jongere</w:t>
            </w:r>
            <w:r>
              <w:rPr>
                <w:b/>
              </w:rPr>
              <w:br/>
            </w:r>
            <w:r>
              <w:t>________________________________</w:t>
            </w:r>
          </w:p>
        </w:tc>
        <w:tc>
          <w:tcPr>
            <w:tcW w:w="498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B5796C" w14:textId="77777777" w:rsidR="009176BB" w:rsidRDefault="00000000">
            <w:r>
              <w:rPr>
                <w:b/>
              </w:rPr>
              <w:t>Geboortedatum</w:t>
            </w:r>
            <w:r>
              <w:rPr>
                <w:b/>
              </w:rPr>
              <w:br/>
            </w:r>
            <w:r>
              <w:t>________________________________</w:t>
            </w:r>
          </w:p>
        </w:tc>
      </w:tr>
      <w:tr w:rsidR="009176BB" w14:paraId="62D713C7" w14:textId="77777777">
        <w:trPr>
          <w:jc w:val="center"/>
        </w:trPr>
        <w:tc>
          <w:tcPr>
            <w:tcW w:w="498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D94180" w14:textId="77777777" w:rsidR="009176BB" w:rsidRDefault="00000000">
            <w:r>
              <w:rPr>
                <w:b/>
              </w:rPr>
              <w:t>Adres</w:t>
            </w:r>
            <w:r>
              <w:rPr>
                <w:b/>
              </w:rPr>
              <w:br/>
            </w:r>
            <w:r>
              <w:t>________________________________</w:t>
            </w:r>
          </w:p>
        </w:tc>
        <w:tc>
          <w:tcPr>
            <w:tcW w:w="498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B2A0FE" w14:textId="77777777" w:rsidR="009176BB" w:rsidRDefault="00000000">
            <w:r>
              <w:rPr>
                <w:b/>
              </w:rPr>
              <w:t>Rijksregisternummer</w:t>
            </w:r>
            <w:r>
              <w:rPr>
                <w:b/>
              </w:rPr>
              <w:br/>
            </w:r>
            <w:r>
              <w:t>________________________________</w:t>
            </w:r>
          </w:p>
        </w:tc>
      </w:tr>
      <w:tr w:rsidR="009176BB" w14:paraId="1FA2807A" w14:textId="77777777">
        <w:trPr>
          <w:jc w:val="center"/>
        </w:trPr>
        <w:tc>
          <w:tcPr>
            <w:tcW w:w="498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1E9B85" w14:textId="77777777" w:rsidR="009176BB" w:rsidRDefault="00000000">
            <w:r>
              <w:rPr>
                <w:b/>
              </w:rPr>
              <w:t>Naam ouder of voogd 1</w:t>
            </w:r>
            <w:r>
              <w:rPr>
                <w:b/>
              </w:rPr>
              <w:br/>
            </w:r>
            <w:r>
              <w:t>________________________________</w:t>
            </w:r>
          </w:p>
        </w:tc>
        <w:tc>
          <w:tcPr>
            <w:tcW w:w="498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41428A" w14:textId="77777777" w:rsidR="009176BB" w:rsidRDefault="00000000">
            <w:r>
              <w:rPr>
                <w:b/>
              </w:rPr>
              <w:t>Telefoon ouder of voogd 1</w:t>
            </w:r>
            <w:r>
              <w:rPr>
                <w:b/>
              </w:rPr>
              <w:br/>
            </w:r>
            <w:r>
              <w:t>________________________________</w:t>
            </w:r>
          </w:p>
        </w:tc>
      </w:tr>
      <w:tr w:rsidR="009176BB" w14:paraId="74290968" w14:textId="77777777">
        <w:trPr>
          <w:jc w:val="center"/>
        </w:trPr>
        <w:tc>
          <w:tcPr>
            <w:tcW w:w="498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2781B7" w14:textId="77777777" w:rsidR="009176BB" w:rsidRDefault="00000000">
            <w:r>
              <w:rPr>
                <w:b/>
              </w:rPr>
              <w:t>E mail ouder of voogd 1</w:t>
            </w:r>
            <w:r>
              <w:rPr>
                <w:b/>
              </w:rPr>
              <w:br/>
            </w:r>
            <w:r>
              <w:t>________________________________</w:t>
            </w:r>
          </w:p>
        </w:tc>
        <w:tc>
          <w:tcPr>
            <w:tcW w:w="498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A82890" w14:textId="77777777" w:rsidR="009176BB" w:rsidRDefault="00000000">
            <w:r>
              <w:rPr>
                <w:b/>
              </w:rPr>
              <w:t>Naam ouder of voogd 2</w:t>
            </w:r>
            <w:r>
              <w:rPr>
                <w:b/>
              </w:rPr>
              <w:br/>
            </w:r>
            <w:r>
              <w:t>________________________________</w:t>
            </w:r>
          </w:p>
        </w:tc>
      </w:tr>
      <w:tr w:rsidR="009176BB" w14:paraId="210CE659" w14:textId="77777777">
        <w:trPr>
          <w:jc w:val="center"/>
        </w:trPr>
        <w:tc>
          <w:tcPr>
            <w:tcW w:w="498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5AC69A" w14:textId="77777777" w:rsidR="009176BB" w:rsidRDefault="00000000">
            <w:r>
              <w:rPr>
                <w:b/>
              </w:rPr>
              <w:t>Telefoon ouder of voogd 2</w:t>
            </w:r>
            <w:r>
              <w:rPr>
                <w:b/>
              </w:rPr>
              <w:br/>
            </w:r>
            <w:r>
              <w:t>________________________________</w:t>
            </w:r>
          </w:p>
        </w:tc>
        <w:tc>
          <w:tcPr>
            <w:tcW w:w="498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81EA78" w14:textId="77777777" w:rsidR="009176BB" w:rsidRDefault="00000000">
            <w:r>
              <w:rPr>
                <w:b/>
              </w:rPr>
              <w:t>E mail ouder of voogd 2</w:t>
            </w:r>
            <w:r>
              <w:rPr>
                <w:b/>
              </w:rPr>
              <w:br/>
            </w:r>
            <w:r>
              <w:t>________________________________</w:t>
            </w:r>
          </w:p>
        </w:tc>
      </w:tr>
      <w:tr w:rsidR="009176BB" w14:paraId="588B811E" w14:textId="77777777">
        <w:trPr>
          <w:jc w:val="center"/>
        </w:trPr>
        <w:tc>
          <w:tcPr>
            <w:tcW w:w="498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ED9544" w14:textId="77777777" w:rsidR="009176BB" w:rsidRDefault="00000000">
            <w:r>
              <w:rPr>
                <w:b/>
              </w:rPr>
              <w:t>Mutualiteit</w:t>
            </w:r>
            <w:r>
              <w:rPr>
                <w:b/>
              </w:rPr>
              <w:br/>
            </w:r>
            <w:r>
              <w:t>________________________________</w:t>
            </w:r>
          </w:p>
        </w:tc>
        <w:tc>
          <w:tcPr>
            <w:tcW w:w="498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83F644" w14:textId="77777777" w:rsidR="009176BB" w:rsidRDefault="00000000">
            <w:r>
              <w:rPr>
                <w:b/>
              </w:rPr>
              <w:t>Huisarts en telefoon</w:t>
            </w:r>
            <w:r>
              <w:rPr>
                <w:b/>
              </w:rPr>
              <w:br/>
            </w:r>
            <w:r>
              <w:t>________________________________</w:t>
            </w:r>
          </w:p>
        </w:tc>
      </w:tr>
    </w:tbl>
    <w:p w14:paraId="7AE543BF" w14:textId="77777777" w:rsidR="009176BB" w:rsidRDefault="009176BB"/>
    <w:p w14:paraId="4864ED26" w14:textId="77777777" w:rsidR="009176BB" w:rsidRDefault="00000000">
      <w:pPr>
        <w:keepNext/>
        <w:spacing w:before="60" w:after="40"/>
      </w:pPr>
      <w:r>
        <w:rPr>
          <w:b/>
        </w:rPr>
        <w:t>Gezinssamenstelling en verblijfsregeling</w:t>
      </w:r>
    </w:p>
    <w:p w14:paraId="62EAA0E5" w14:textId="77777777" w:rsidR="009176BB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5E2B6614" w14:textId="77777777" w:rsidR="009176BB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41F7F4E4" w14:textId="2DB9F47B" w:rsidR="009176BB" w:rsidRDefault="00000000">
      <w:pPr>
        <w:keepNext/>
        <w:spacing w:before="60" w:after="40"/>
      </w:pPr>
      <w:r>
        <w:rPr>
          <w:b/>
        </w:rPr>
        <w:t xml:space="preserve">Wie heeft het ouderlijk gezag of kan toestemming geven </w:t>
      </w:r>
      <w:proofErr w:type="spellStart"/>
      <w:r>
        <w:rPr>
          <w:b/>
        </w:rPr>
        <w:t>voor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begeleiding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onderzoek</w:t>
      </w:r>
      <w:proofErr w:type="spellEnd"/>
      <w:r w:rsidR="004A5BC2">
        <w:rPr>
          <w:b/>
        </w:rPr>
        <w:t>?</w:t>
      </w:r>
    </w:p>
    <w:p w14:paraId="607AB0AF" w14:textId="77777777" w:rsidR="009176BB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5DD90BF4" w14:textId="77777777" w:rsidR="009176BB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6AAC7C6F" w14:textId="77777777" w:rsidR="009176BB" w:rsidRDefault="00000000">
      <w:pPr>
        <w:pStyle w:val="Kop1"/>
      </w:pPr>
      <w:r>
        <w:t>Aanmelding en hulpvraag</w:t>
      </w:r>
    </w:p>
    <w:p w14:paraId="762EA4A2" w14:textId="52309B12" w:rsidR="009176BB" w:rsidRDefault="00000000">
      <w:pPr>
        <w:keepNext/>
        <w:spacing w:before="60" w:after="40"/>
      </w:pPr>
      <w:r>
        <w:rPr>
          <w:b/>
        </w:rPr>
        <w:t xml:space="preserve">Wie verwijst of </w:t>
      </w:r>
      <w:proofErr w:type="spellStart"/>
      <w:r>
        <w:rPr>
          <w:b/>
        </w:rPr>
        <w:t>raadt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aanmelding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aan</w:t>
      </w:r>
      <w:proofErr w:type="spellEnd"/>
      <w:r w:rsidR="004A5BC2">
        <w:rPr>
          <w:b/>
        </w:rPr>
        <w:t>?</w:t>
      </w:r>
    </w:p>
    <w:p w14:paraId="766ED3C8" w14:textId="77777777" w:rsidR="009176BB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14BFA675" w14:textId="15A0BAF2" w:rsidR="009176BB" w:rsidRDefault="00000000">
      <w:pPr>
        <w:keepNext/>
        <w:spacing w:before="60" w:after="40"/>
      </w:pPr>
      <w:r>
        <w:rPr>
          <w:b/>
        </w:rPr>
        <w:t xml:space="preserve">Wat is de belangrijkste </w:t>
      </w:r>
      <w:proofErr w:type="spellStart"/>
      <w:r>
        <w:rPr>
          <w:b/>
        </w:rPr>
        <w:t>reden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voor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aanmelding</w:t>
      </w:r>
      <w:proofErr w:type="spellEnd"/>
      <w:r w:rsidR="004A5BC2">
        <w:rPr>
          <w:b/>
        </w:rPr>
        <w:t>?</w:t>
      </w:r>
    </w:p>
    <w:p w14:paraId="1761814A" w14:textId="77777777" w:rsidR="009176BB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12A9C2DC" w14:textId="77777777" w:rsidR="009176BB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15A536A2" w14:textId="77777777" w:rsidR="009176BB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7E2DADFA" w14:textId="7F0FA102" w:rsidR="009176BB" w:rsidRDefault="00000000">
      <w:pPr>
        <w:keepNext/>
        <w:spacing w:before="60" w:after="40"/>
      </w:pPr>
      <w:r>
        <w:rPr>
          <w:b/>
        </w:rPr>
        <w:t xml:space="preserve">Wat verwacht u van Project </w:t>
      </w:r>
      <w:r w:rsidR="004A5BC2">
        <w:rPr>
          <w:b/>
        </w:rPr>
        <w:t>‘</w:t>
      </w:r>
      <w:proofErr w:type="spellStart"/>
      <w:r>
        <w:rPr>
          <w:b/>
        </w:rPr>
        <w:t>BinnensteBuiten</w:t>
      </w:r>
      <w:proofErr w:type="spellEnd"/>
      <w:r w:rsidR="004A5BC2">
        <w:rPr>
          <w:b/>
        </w:rPr>
        <w:t>’?</w:t>
      </w:r>
    </w:p>
    <w:p w14:paraId="39785AD0" w14:textId="77777777" w:rsidR="009176BB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5940B54D" w14:textId="77777777" w:rsidR="009176BB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22783FB7" w14:textId="51E4DE96" w:rsidR="009176BB" w:rsidRDefault="00000000">
      <w:pPr>
        <w:keepNext/>
        <w:spacing w:before="60" w:after="40"/>
      </w:pPr>
      <w:r>
        <w:rPr>
          <w:b/>
        </w:rPr>
        <w:t xml:space="preserve">Wat loopt momenteel goed en welke sterktes ziet u </w:t>
      </w:r>
      <w:proofErr w:type="spellStart"/>
      <w:r>
        <w:rPr>
          <w:b/>
        </w:rPr>
        <w:t>bij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uw</w:t>
      </w:r>
      <w:proofErr w:type="spellEnd"/>
      <w:r>
        <w:rPr>
          <w:b/>
        </w:rPr>
        <w:t xml:space="preserve"> kind</w:t>
      </w:r>
      <w:r w:rsidR="004A5BC2">
        <w:rPr>
          <w:b/>
        </w:rPr>
        <w:t>?</w:t>
      </w:r>
    </w:p>
    <w:p w14:paraId="7A3102CE" w14:textId="77777777" w:rsidR="009176BB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454582EF" w14:textId="77777777" w:rsidR="009176BB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16BCEC75" w14:textId="77777777" w:rsidR="009176BB" w:rsidRDefault="00000000">
      <w:r>
        <w:br w:type="page"/>
      </w:r>
    </w:p>
    <w:p w14:paraId="68C811FA" w14:textId="77777777" w:rsidR="009176BB" w:rsidRDefault="00000000">
      <w:pPr>
        <w:pStyle w:val="Kop1"/>
      </w:pPr>
      <w:r>
        <w:lastRenderedPageBreak/>
        <w:t>Medische voorgeschiedenis</w:t>
      </w:r>
    </w:p>
    <w:p w14:paraId="5E669CFA" w14:textId="77777777" w:rsidR="009176BB" w:rsidRDefault="00000000">
      <w:pPr>
        <w:keepNext/>
        <w:spacing w:before="60" w:after="40"/>
      </w:pPr>
      <w:r>
        <w:rPr>
          <w:b/>
        </w:rPr>
        <w:t>Zwangerschap en geboorte</w:t>
      </w:r>
      <w:r>
        <w:rPr>
          <w:i/>
          <w:color w:val="657068"/>
          <w:sz w:val="17"/>
        </w:rPr>
        <w:t xml:space="preserve">  Bijzonderheden tijdens zwangerschap, fertiliteitstraject, zwangerschapsduur, bevalling of opname</w:t>
      </w:r>
    </w:p>
    <w:p w14:paraId="21A11803" w14:textId="77777777" w:rsidR="009176BB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3C22E1DD" w14:textId="77777777" w:rsidR="009176BB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213FACA9" w14:textId="77777777" w:rsidR="009176BB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22CF8CEA" w14:textId="67D28AB7" w:rsidR="009176BB" w:rsidRDefault="00000000">
      <w:pPr>
        <w:keepNext/>
        <w:spacing w:before="60" w:after="40"/>
      </w:pPr>
      <w:proofErr w:type="spellStart"/>
      <w:r>
        <w:rPr>
          <w:b/>
        </w:rPr>
        <w:t>Belangrijke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aandoeningen</w:t>
      </w:r>
      <w:proofErr w:type="spellEnd"/>
      <w:r>
        <w:rPr>
          <w:b/>
        </w:rPr>
        <w:t xml:space="preserve"> </w:t>
      </w:r>
      <w:r w:rsidR="00A650C6">
        <w:rPr>
          <w:b/>
        </w:rPr>
        <w:t xml:space="preserve">– </w:t>
      </w:r>
      <w:r>
        <w:rPr>
          <w:b/>
        </w:rPr>
        <w:t>diagnoses</w:t>
      </w:r>
      <w:r w:rsidR="00A650C6">
        <w:rPr>
          <w:b/>
        </w:rPr>
        <w:t xml:space="preserve"> - </w:t>
      </w:r>
      <w:r>
        <w:rPr>
          <w:b/>
        </w:rPr>
        <w:t xml:space="preserve"> </w:t>
      </w:r>
      <w:proofErr w:type="spellStart"/>
      <w:r>
        <w:rPr>
          <w:b/>
        </w:rPr>
        <w:t>ingrepen</w:t>
      </w:r>
      <w:proofErr w:type="spellEnd"/>
      <w:r w:rsidR="00A650C6">
        <w:rPr>
          <w:b/>
        </w:rPr>
        <w:t xml:space="preserve"> - </w:t>
      </w:r>
      <w:r>
        <w:rPr>
          <w:b/>
        </w:rPr>
        <w:t xml:space="preserve"> </w:t>
      </w:r>
      <w:proofErr w:type="spellStart"/>
      <w:r>
        <w:rPr>
          <w:b/>
        </w:rPr>
        <w:t>ziekenhuisopnames</w:t>
      </w:r>
      <w:proofErr w:type="spellEnd"/>
      <w:r>
        <w:rPr>
          <w:b/>
        </w:rPr>
        <w:t xml:space="preserve"> of </w:t>
      </w:r>
      <w:proofErr w:type="spellStart"/>
      <w:r>
        <w:rPr>
          <w:b/>
        </w:rPr>
        <w:t>ongevallen</w:t>
      </w:r>
      <w:proofErr w:type="spellEnd"/>
    </w:p>
    <w:p w14:paraId="0F5DA55B" w14:textId="77777777" w:rsidR="009176BB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169D5E51" w14:textId="77777777" w:rsidR="009176BB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2E37FD21" w14:textId="77777777" w:rsidR="009176BB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34F69B34" w14:textId="77777777" w:rsidR="009176BB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73ACE6EA" w14:textId="1F132B1D" w:rsidR="009176BB" w:rsidRDefault="00000000">
      <w:pPr>
        <w:keepNext/>
        <w:spacing w:before="60" w:after="40"/>
      </w:pPr>
      <w:proofErr w:type="spellStart"/>
      <w:r>
        <w:rPr>
          <w:b/>
        </w:rPr>
        <w:t>Medicatie</w:t>
      </w:r>
      <w:proofErr w:type="spellEnd"/>
      <w:r w:rsidR="00A650C6">
        <w:rPr>
          <w:b/>
        </w:rPr>
        <w:t xml:space="preserve"> - </w:t>
      </w:r>
      <w:r>
        <w:rPr>
          <w:b/>
        </w:rPr>
        <w:t xml:space="preserve"> </w:t>
      </w:r>
      <w:proofErr w:type="spellStart"/>
      <w:r>
        <w:rPr>
          <w:b/>
        </w:rPr>
        <w:t>allergieën</w:t>
      </w:r>
      <w:proofErr w:type="spellEnd"/>
      <w:r>
        <w:rPr>
          <w:b/>
        </w:rPr>
        <w:t xml:space="preserve"> </w:t>
      </w:r>
      <w:r w:rsidR="00A650C6">
        <w:rPr>
          <w:b/>
        </w:rPr>
        <w:t xml:space="preserve">- </w:t>
      </w:r>
      <w:proofErr w:type="spellStart"/>
      <w:r>
        <w:rPr>
          <w:b/>
        </w:rPr>
        <w:t>hulpmiddelen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relevante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behandelingen</w:t>
      </w:r>
      <w:proofErr w:type="spellEnd"/>
    </w:p>
    <w:p w14:paraId="4B2394B8" w14:textId="77777777" w:rsidR="009176BB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2F0D3E79" w14:textId="77777777" w:rsidR="009176BB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2A226374" w14:textId="77777777" w:rsidR="009176BB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044E152A" w14:textId="019924DD" w:rsidR="009176BB" w:rsidRDefault="00000000">
      <w:pPr>
        <w:keepNext/>
        <w:spacing w:before="60" w:after="40"/>
      </w:pPr>
      <w:proofErr w:type="spellStart"/>
      <w:r>
        <w:rPr>
          <w:b/>
        </w:rPr>
        <w:t>Slaap</w:t>
      </w:r>
      <w:proofErr w:type="spellEnd"/>
      <w:r>
        <w:rPr>
          <w:b/>
        </w:rPr>
        <w:t xml:space="preserve"> </w:t>
      </w:r>
      <w:r w:rsidR="004A5BC2">
        <w:rPr>
          <w:b/>
        </w:rPr>
        <w:t xml:space="preserve">– </w:t>
      </w:r>
      <w:proofErr w:type="spellStart"/>
      <w:r>
        <w:rPr>
          <w:b/>
        </w:rPr>
        <w:t>zindelijkheid</w:t>
      </w:r>
      <w:proofErr w:type="spellEnd"/>
      <w:r w:rsidR="004A5BC2">
        <w:rPr>
          <w:b/>
        </w:rPr>
        <w:t xml:space="preserve"> - </w:t>
      </w:r>
      <w:r>
        <w:rPr>
          <w:b/>
        </w:rPr>
        <w:t xml:space="preserve"> </w:t>
      </w:r>
      <w:proofErr w:type="spellStart"/>
      <w:r>
        <w:rPr>
          <w:b/>
        </w:rPr>
        <w:t>pijn</w:t>
      </w:r>
      <w:proofErr w:type="spellEnd"/>
      <w:r>
        <w:rPr>
          <w:b/>
        </w:rPr>
        <w:t xml:space="preserve"> </w:t>
      </w:r>
      <w:r w:rsidR="004A5BC2">
        <w:rPr>
          <w:b/>
        </w:rPr>
        <w:t xml:space="preserve"> - </w:t>
      </w:r>
      <w:proofErr w:type="spellStart"/>
      <w:r>
        <w:rPr>
          <w:b/>
        </w:rPr>
        <w:t>gehoor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zicht</w:t>
      </w:r>
      <w:proofErr w:type="spellEnd"/>
    </w:p>
    <w:p w14:paraId="428E8C54" w14:textId="77777777" w:rsidR="009176BB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71AA4276" w14:textId="77777777" w:rsidR="009176BB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2BC4A1CE" w14:textId="77777777" w:rsidR="009176BB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318015E8" w14:textId="77777777" w:rsidR="009176BB" w:rsidRDefault="00000000">
      <w:pPr>
        <w:keepNext/>
        <w:spacing w:before="60" w:after="40"/>
      </w:pPr>
      <w:r>
        <w:rPr>
          <w:b/>
        </w:rPr>
        <w:t>Belangrijke gebeurtenissen of ingrijpende ervaringen</w:t>
      </w:r>
    </w:p>
    <w:p w14:paraId="19D5365B" w14:textId="77777777" w:rsidR="009176BB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23930911" w14:textId="77777777" w:rsidR="009176BB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5ACF9A01" w14:textId="77777777" w:rsidR="009176BB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6954077B" w14:textId="77777777" w:rsidR="009176BB" w:rsidRDefault="00000000">
      <w:pPr>
        <w:pStyle w:val="Kop1"/>
      </w:pPr>
      <w:r>
        <w:t>Ontwikkeling</w:t>
      </w:r>
    </w:p>
    <w:p w14:paraId="57AFE1D5" w14:textId="77777777" w:rsidR="009176BB" w:rsidRDefault="00000000">
      <w:pPr>
        <w:keepNext/>
        <w:spacing w:before="60" w:after="40"/>
      </w:pPr>
      <w:r>
        <w:rPr>
          <w:b/>
        </w:rPr>
        <w:t>Beschrijf de vroege ontwikkeling</w:t>
      </w:r>
      <w:r>
        <w:rPr>
          <w:i/>
          <w:color w:val="657068"/>
          <w:sz w:val="17"/>
        </w:rPr>
        <w:t xml:space="preserve">  Eten, slapen, bewegen, stappen, fijne motoriek, taal, contact en spel</w:t>
      </w:r>
    </w:p>
    <w:p w14:paraId="117794A7" w14:textId="77777777" w:rsidR="009176BB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338E9034" w14:textId="77777777" w:rsidR="009176BB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7F3EE3F1" w14:textId="77777777" w:rsidR="009176BB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2ABB9893" w14:textId="77777777" w:rsidR="009176BB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79D91B56" w14:textId="6B27D713" w:rsidR="009176BB" w:rsidRDefault="00000000">
      <w:pPr>
        <w:keepNext/>
        <w:spacing w:before="60" w:after="40"/>
      </w:pPr>
      <w:r>
        <w:rPr>
          <w:b/>
        </w:rPr>
        <w:t xml:space="preserve">Zijn er vaardigheden die later kwamen </w:t>
      </w:r>
      <w:proofErr w:type="spellStart"/>
      <w:r>
        <w:rPr>
          <w:b/>
        </w:rPr>
        <w:t>stilstonden</w:t>
      </w:r>
      <w:proofErr w:type="spellEnd"/>
      <w:r>
        <w:rPr>
          <w:b/>
        </w:rPr>
        <w:t xml:space="preserve"> of </w:t>
      </w:r>
      <w:proofErr w:type="spellStart"/>
      <w:r>
        <w:rPr>
          <w:b/>
        </w:rPr>
        <w:t>verloren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gingen</w:t>
      </w:r>
      <w:proofErr w:type="spellEnd"/>
      <w:r w:rsidR="004A5BC2">
        <w:rPr>
          <w:b/>
        </w:rPr>
        <w:t>?</w:t>
      </w:r>
    </w:p>
    <w:p w14:paraId="18FAAD94" w14:textId="77777777" w:rsidR="009176BB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63E1B9A4" w14:textId="77777777" w:rsidR="009176BB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659BAF3A" w14:textId="77777777" w:rsidR="009176BB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209E3E6E" w14:textId="7BE08605" w:rsidR="009176BB" w:rsidRDefault="00000000">
      <w:pPr>
        <w:keepNext/>
        <w:spacing w:before="60" w:after="40"/>
      </w:pPr>
      <w:r>
        <w:rPr>
          <w:b/>
        </w:rPr>
        <w:t xml:space="preserve">Welke prikkels worden </w:t>
      </w:r>
      <w:proofErr w:type="spellStart"/>
      <w:r>
        <w:rPr>
          <w:b/>
        </w:rPr>
        <w:t>sterk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gezocht</w:t>
      </w:r>
      <w:proofErr w:type="spellEnd"/>
      <w:r>
        <w:rPr>
          <w:b/>
        </w:rPr>
        <w:t xml:space="preserve"> of </w:t>
      </w:r>
      <w:proofErr w:type="spellStart"/>
      <w:r>
        <w:rPr>
          <w:b/>
        </w:rPr>
        <w:t>vermede</w:t>
      </w:r>
      <w:r w:rsidR="004A5BC2">
        <w:rPr>
          <w:b/>
        </w:rPr>
        <w:t>n</w:t>
      </w:r>
      <w:proofErr w:type="spellEnd"/>
      <w:r w:rsidR="004A5BC2">
        <w:rPr>
          <w:b/>
        </w:rPr>
        <w:t>?</w:t>
      </w:r>
      <w:r w:rsidR="004A5BC2">
        <w:rPr>
          <w:i/>
          <w:color w:val="657068"/>
          <w:sz w:val="17"/>
        </w:rPr>
        <w:t xml:space="preserve"> </w:t>
      </w:r>
      <w:r>
        <w:rPr>
          <w:i/>
          <w:color w:val="657068"/>
          <w:sz w:val="17"/>
        </w:rPr>
        <w:t xml:space="preserve"> </w:t>
      </w:r>
      <w:proofErr w:type="spellStart"/>
      <w:r>
        <w:rPr>
          <w:i/>
          <w:color w:val="657068"/>
          <w:sz w:val="17"/>
        </w:rPr>
        <w:t>Geluid</w:t>
      </w:r>
      <w:proofErr w:type="spellEnd"/>
      <w:r>
        <w:rPr>
          <w:i/>
          <w:color w:val="657068"/>
          <w:sz w:val="17"/>
        </w:rPr>
        <w:t xml:space="preserve">, </w:t>
      </w:r>
      <w:proofErr w:type="spellStart"/>
      <w:r>
        <w:rPr>
          <w:i/>
          <w:color w:val="657068"/>
          <w:sz w:val="17"/>
        </w:rPr>
        <w:t>licht</w:t>
      </w:r>
      <w:proofErr w:type="spellEnd"/>
      <w:r>
        <w:rPr>
          <w:i/>
          <w:color w:val="657068"/>
          <w:sz w:val="17"/>
        </w:rPr>
        <w:t xml:space="preserve">, </w:t>
      </w:r>
      <w:proofErr w:type="spellStart"/>
      <w:r>
        <w:rPr>
          <w:i/>
          <w:color w:val="657068"/>
          <w:sz w:val="17"/>
        </w:rPr>
        <w:t>aanraking</w:t>
      </w:r>
      <w:proofErr w:type="spellEnd"/>
      <w:r>
        <w:rPr>
          <w:i/>
          <w:color w:val="657068"/>
          <w:sz w:val="17"/>
        </w:rPr>
        <w:t>, beweging, geur, smaak of drukte</w:t>
      </w:r>
    </w:p>
    <w:p w14:paraId="71CDCD30" w14:textId="77777777" w:rsidR="009176BB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7F45925C" w14:textId="77777777" w:rsidR="009176BB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2B0CD13A" w14:textId="77777777" w:rsidR="009176BB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25C37703" w14:textId="77777777" w:rsidR="009176BB" w:rsidRDefault="00000000">
      <w:r>
        <w:br w:type="page"/>
      </w:r>
    </w:p>
    <w:p w14:paraId="56B978DE" w14:textId="77777777" w:rsidR="009176BB" w:rsidRDefault="00000000">
      <w:pPr>
        <w:pStyle w:val="Kop1"/>
      </w:pPr>
      <w:r>
        <w:lastRenderedPageBreak/>
        <w:t>School en leren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9"/>
        <w:gridCol w:w="4989"/>
      </w:tblGrid>
      <w:tr w:rsidR="009176BB" w14:paraId="143DDA7F" w14:textId="77777777">
        <w:trPr>
          <w:jc w:val="center"/>
        </w:trPr>
        <w:tc>
          <w:tcPr>
            <w:tcW w:w="498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5EC121" w14:textId="77777777" w:rsidR="009176BB" w:rsidRDefault="00000000">
            <w:r>
              <w:rPr>
                <w:b/>
              </w:rPr>
              <w:t>School of opvang</w:t>
            </w:r>
            <w:r>
              <w:rPr>
                <w:b/>
              </w:rPr>
              <w:br/>
            </w:r>
            <w:r>
              <w:t>________________________________</w:t>
            </w:r>
          </w:p>
        </w:tc>
        <w:tc>
          <w:tcPr>
            <w:tcW w:w="498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23D8B7" w14:textId="7878F65C" w:rsidR="009176BB" w:rsidRDefault="00000000">
            <w:r>
              <w:rPr>
                <w:b/>
              </w:rPr>
              <w:t xml:space="preserve">Klas </w:t>
            </w:r>
            <w:r w:rsidR="004A5BC2">
              <w:rPr>
                <w:b/>
              </w:rPr>
              <w:t xml:space="preserve">- </w:t>
            </w:r>
            <w:proofErr w:type="spellStart"/>
            <w:r>
              <w:rPr>
                <w:b/>
              </w:rPr>
              <w:t>schooljaar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richting</w:t>
            </w:r>
            <w:proofErr w:type="spellEnd"/>
            <w:r>
              <w:rPr>
                <w:b/>
              </w:rPr>
              <w:br/>
            </w:r>
            <w:r>
              <w:t>________________________________</w:t>
            </w:r>
          </w:p>
        </w:tc>
      </w:tr>
      <w:tr w:rsidR="009176BB" w14:paraId="05BDCF72" w14:textId="77777777">
        <w:trPr>
          <w:jc w:val="center"/>
        </w:trPr>
        <w:tc>
          <w:tcPr>
            <w:tcW w:w="498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F3F0D6" w14:textId="77777777" w:rsidR="009176BB" w:rsidRDefault="00000000">
            <w:r>
              <w:rPr>
                <w:b/>
              </w:rPr>
              <w:t>Naam contactpersoon</w:t>
            </w:r>
            <w:r>
              <w:rPr>
                <w:b/>
              </w:rPr>
              <w:br/>
            </w:r>
            <w:r>
              <w:t>________________________________</w:t>
            </w:r>
          </w:p>
        </w:tc>
        <w:tc>
          <w:tcPr>
            <w:tcW w:w="498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6B0C25" w14:textId="58872253" w:rsidR="009176BB" w:rsidRDefault="00000000">
            <w:proofErr w:type="spellStart"/>
            <w:r>
              <w:rPr>
                <w:b/>
              </w:rPr>
              <w:t>Telefoon</w:t>
            </w:r>
            <w:proofErr w:type="spellEnd"/>
            <w:r>
              <w:rPr>
                <w:b/>
              </w:rPr>
              <w:t xml:space="preserve"> of e</w:t>
            </w:r>
            <w:r w:rsidR="004A5BC2">
              <w:rPr>
                <w:b/>
              </w:rPr>
              <w:t>-</w:t>
            </w:r>
            <w:r>
              <w:rPr>
                <w:b/>
              </w:rPr>
              <w:t>mail</w:t>
            </w:r>
            <w:r>
              <w:rPr>
                <w:b/>
              </w:rPr>
              <w:br/>
            </w:r>
            <w:r>
              <w:t>________________________________</w:t>
            </w:r>
          </w:p>
        </w:tc>
      </w:tr>
    </w:tbl>
    <w:p w14:paraId="5DCC0062" w14:textId="77777777" w:rsidR="009176BB" w:rsidRDefault="009176BB"/>
    <w:p w14:paraId="7637A3BD" w14:textId="533CAE1B" w:rsidR="009176BB" w:rsidRDefault="00000000">
      <w:pPr>
        <w:keepNext/>
        <w:spacing w:before="60" w:after="40"/>
      </w:pPr>
      <w:r>
        <w:rPr>
          <w:b/>
        </w:rPr>
        <w:t xml:space="preserve">Hoe verloopt school of opvang </w:t>
      </w:r>
      <w:proofErr w:type="spellStart"/>
      <w:r>
        <w:rPr>
          <w:b/>
        </w:rPr>
        <w:t>en</w:t>
      </w:r>
      <w:proofErr w:type="spellEnd"/>
      <w:r>
        <w:rPr>
          <w:b/>
        </w:rPr>
        <w:t xml:space="preserve"> wat </w:t>
      </w:r>
      <w:proofErr w:type="spellStart"/>
      <w:r>
        <w:rPr>
          <w:b/>
        </w:rPr>
        <w:t>valt</w:t>
      </w:r>
      <w:proofErr w:type="spellEnd"/>
      <w:r>
        <w:rPr>
          <w:b/>
        </w:rPr>
        <w:t xml:space="preserve"> op</w:t>
      </w:r>
      <w:r w:rsidR="004A5BC2">
        <w:rPr>
          <w:b/>
        </w:rPr>
        <w:t>?</w:t>
      </w:r>
    </w:p>
    <w:p w14:paraId="4F917854" w14:textId="77777777" w:rsidR="009176BB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1AC2134C" w14:textId="77777777" w:rsidR="009176BB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226B09DA" w14:textId="77777777" w:rsidR="009176BB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7F65AF5B" w14:textId="77777777" w:rsidR="009176BB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7B053AFA" w14:textId="59F0277C" w:rsidR="009176BB" w:rsidRDefault="00000000">
      <w:pPr>
        <w:keepNext/>
        <w:spacing w:before="60" w:after="40"/>
      </w:pPr>
      <w:r>
        <w:rPr>
          <w:b/>
        </w:rPr>
        <w:t xml:space="preserve">Zijn er zorgen rond leren </w:t>
      </w:r>
      <w:proofErr w:type="spellStart"/>
      <w:r>
        <w:rPr>
          <w:b/>
        </w:rPr>
        <w:t>aandacht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gedrag</w:t>
      </w:r>
      <w:proofErr w:type="spellEnd"/>
      <w:r>
        <w:rPr>
          <w:b/>
        </w:rPr>
        <w:t xml:space="preserve"> of </w:t>
      </w:r>
      <w:proofErr w:type="spellStart"/>
      <w:r>
        <w:rPr>
          <w:b/>
        </w:rPr>
        <w:t>ontwikkeling</w:t>
      </w:r>
      <w:proofErr w:type="spellEnd"/>
      <w:r w:rsidR="004A5BC2">
        <w:rPr>
          <w:b/>
        </w:rPr>
        <w:t>?</w:t>
      </w:r>
      <w:r>
        <w:rPr>
          <w:i/>
          <w:color w:val="657068"/>
          <w:sz w:val="17"/>
        </w:rPr>
        <w:t xml:space="preserve">  Bijvoorbeeld dyslexie, ADHD, ASS, taal, motoriek, dwang of ontwikkelingsvoorsprong</w:t>
      </w:r>
    </w:p>
    <w:p w14:paraId="12B49204" w14:textId="77777777" w:rsidR="009176BB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34526D69" w14:textId="77777777" w:rsidR="009176BB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593C1355" w14:textId="77777777" w:rsidR="009176BB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70BE9AF0" w14:textId="6D27AC8A" w:rsidR="009176BB" w:rsidRDefault="00000000">
      <w:pPr>
        <w:keepNext/>
        <w:spacing w:before="60" w:after="40"/>
      </w:pPr>
      <w:r>
        <w:rPr>
          <w:b/>
        </w:rPr>
        <w:t xml:space="preserve">Is er een verschil tussen thuis </w:t>
      </w:r>
      <w:proofErr w:type="spellStart"/>
      <w:r>
        <w:rPr>
          <w:b/>
        </w:rPr>
        <w:t>en</w:t>
      </w:r>
      <w:proofErr w:type="spellEnd"/>
      <w:r>
        <w:rPr>
          <w:b/>
        </w:rPr>
        <w:t xml:space="preserve"> school of </w:t>
      </w:r>
      <w:proofErr w:type="spellStart"/>
      <w:r>
        <w:rPr>
          <w:b/>
        </w:rPr>
        <w:t>opvang</w:t>
      </w:r>
      <w:proofErr w:type="spellEnd"/>
      <w:r w:rsidR="004A5BC2">
        <w:rPr>
          <w:b/>
        </w:rPr>
        <w:t>?</w:t>
      </w:r>
    </w:p>
    <w:p w14:paraId="5B4ADB14" w14:textId="77777777" w:rsidR="009176BB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61C36BB3" w14:textId="77777777" w:rsidR="009176BB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21079F46" w14:textId="77777777" w:rsidR="009176BB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3C7613D3" w14:textId="26132AF0" w:rsidR="009176BB" w:rsidRDefault="00000000">
      <w:pPr>
        <w:keepNext/>
        <w:spacing w:before="60" w:after="40"/>
      </w:pPr>
      <w:r>
        <w:rPr>
          <w:b/>
        </w:rPr>
        <w:t xml:space="preserve">Welke ondersteuning of redelijke </w:t>
      </w:r>
      <w:proofErr w:type="spellStart"/>
      <w:r>
        <w:rPr>
          <w:b/>
        </w:rPr>
        <w:t>aanpassingen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zijn</w:t>
      </w:r>
      <w:proofErr w:type="spellEnd"/>
      <w:r>
        <w:rPr>
          <w:b/>
        </w:rPr>
        <w:t xml:space="preserve"> er al</w:t>
      </w:r>
      <w:r w:rsidR="004A5BC2">
        <w:rPr>
          <w:b/>
        </w:rPr>
        <w:t>?</w:t>
      </w:r>
    </w:p>
    <w:p w14:paraId="18E365DD" w14:textId="77777777" w:rsidR="009176BB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66C78B73" w14:textId="77777777" w:rsidR="009176BB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103DB583" w14:textId="77777777" w:rsidR="009176BB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2A692A4C" w14:textId="77777777" w:rsidR="009176BB" w:rsidRDefault="00000000">
      <w:pPr>
        <w:pStyle w:val="Kop1"/>
      </w:pPr>
      <w:r>
        <w:t>Eerdere en huidige hulp</w:t>
      </w:r>
    </w:p>
    <w:p w14:paraId="1F8878EF" w14:textId="4862F5F4" w:rsidR="009176BB" w:rsidRDefault="00000000">
      <w:pPr>
        <w:keepNext/>
        <w:spacing w:before="60" w:after="40"/>
      </w:pPr>
      <w:r>
        <w:rPr>
          <w:b/>
        </w:rPr>
        <w:t xml:space="preserve">Welke onderzoeken tests of </w:t>
      </w:r>
      <w:proofErr w:type="spellStart"/>
      <w:r>
        <w:rPr>
          <w:b/>
        </w:rPr>
        <w:t>verslagen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zijn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beschikbaar</w:t>
      </w:r>
      <w:proofErr w:type="spellEnd"/>
      <w:r w:rsidR="004A5BC2">
        <w:rPr>
          <w:b/>
        </w:rPr>
        <w:t>?</w:t>
      </w:r>
      <w:r>
        <w:rPr>
          <w:i/>
          <w:color w:val="657068"/>
          <w:sz w:val="17"/>
        </w:rPr>
        <w:t xml:space="preserve">  Door wie, wanneer en wat was het besluit</w:t>
      </w:r>
    </w:p>
    <w:p w14:paraId="51941BB3" w14:textId="77777777" w:rsidR="009176BB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39F788AE" w14:textId="77777777" w:rsidR="009176BB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68434F34" w14:textId="77777777" w:rsidR="009176BB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79426F7B" w14:textId="77777777" w:rsidR="009176BB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04BBA99D" w14:textId="17827765" w:rsidR="009176BB" w:rsidRDefault="00000000">
      <w:pPr>
        <w:keepNext/>
        <w:spacing w:before="60" w:after="40"/>
      </w:pPr>
      <w:r>
        <w:rPr>
          <w:b/>
        </w:rPr>
        <w:t xml:space="preserve">Welke hulpverleners </w:t>
      </w:r>
      <w:proofErr w:type="spellStart"/>
      <w:r>
        <w:rPr>
          <w:b/>
        </w:rPr>
        <w:t>zijn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betrokken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waarvoor</w:t>
      </w:r>
      <w:proofErr w:type="spellEnd"/>
      <w:r w:rsidR="004A5BC2">
        <w:rPr>
          <w:b/>
        </w:rPr>
        <w:t>?</w:t>
      </w:r>
    </w:p>
    <w:p w14:paraId="2E669D1D" w14:textId="77777777" w:rsidR="009176BB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31A63A67" w14:textId="77777777" w:rsidR="009176BB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511B453A" w14:textId="77777777" w:rsidR="009176BB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1E3BAAAC" w14:textId="77777777" w:rsidR="009176BB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720F51D6" w14:textId="032B2ACC" w:rsidR="009176BB" w:rsidRDefault="00000000">
      <w:pPr>
        <w:spacing w:before="60" w:after="40"/>
      </w:pPr>
      <w:r>
        <w:rPr>
          <w:b/>
        </w:rPr>
        <w:t xml:space="preserve">Mogen wij relevante verslagen opvragen of </w:t>
      </w:r>
      <w:proofErr w:type="spellStart"/>
      <w:r>
        <w:rPr>
          <w:b/>
        </w:rPr>
        <w:t>afstemmen</w:t>
      </w:r>
      <w:proofErr w:type="spellEnd"/>
      <w:r>
        <w:rPr>
          <w:b/>
        </w:rPr>
        <w:t xml:space="preserve"> met </w:t>
      </w:r>
      <w:proofErr w:type="spellStart"/>
      <w:r>
        <w:rPr>
          <w:b/>
        </w:rPr>
        <w:t>betrokken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hulpverleners</w:t>
      </w:r>
      <w:proofErr w:type="spellEnd"/>
      <w:r w:rsidR="004A5BC2">
        <w:rPr>
          <w:b/>
        </w:rPr>
        <w:t>?</w:t>
      </w:r>
    </w:p>
    <w:p w14:paraId="50C37846" w14:textId="77777777" w:rsidR="009176BB" w:rsidRDefault="00000000">
      <w:pPr>
        <w:spacing w:after="60"/>
      </w:pPr>
      <w:r>
        <w:t>☐ Ja   ☐ Nee   ☐ Eerst met mij bespreken</w:t>
      </w:r>
    </w:p>
    <w:p w14:paraId="75EA073E" w14:textId="77777777" w:rsidR="009176BB" w:rsidRDefault="00000000">
      <w:r>
        <w:br w:type="page"/>
      </w:r>
    </w:p>
    <w:p w14:paraId="2E24D25B" w14:textId="77777777" w:rsidR="009176BB" w:rsidRDefault="00000000">
      <w:pPr>
        <w:pStyle w:val="Kop1"/>
      </w:pPr>
      <w:r>
        <w:lastRenderedPageBreak/>
        <w:t>Dagelijks functioneren</w:t>
      </w:r>
    </w:p>
    <w:p w14:paraId="55A6B836" w14:textId="2A158411" w:rsidR="009176BB" w:rsidRDefault="00000000">
      <w:pPr>
        <w:keepNext/>
        <w:spacing w:before="60" w:after="40"/>
      </w:pPr>
      <w:r>
        <w:rPr>
          <w:b/>
        </w:rPr>
        <w:t xml:space="preserve">Hoe verloopt </w:t>
      </w:r>
      <w:proofErr w:type="spellStart"/>
      <w:r>
        <w:rPr>
          <w:b/>
        </w:rPr>
        <w:t>communicatie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sociaal</w:t>
      </w:r>
      <w:proofErr w:type="spellEnd"/>
      <w:r>
        <w:rPr>
          <w:b/>
        </w:rPr>
        <w:t xml:space="preserve"> contact</w:t>
      </w:r>
      <w:r w:rsidR="004A5BC2">
        <w:rPr>
          <w:b/>
        </w:rPr>
        <w:t>?</w:t>
      </w:r>
    </w:p>
    <w:p w14:paraId="77F5D092" w14:textId="77777777" w:rsidR="009176BB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2C4F72E4" w14:textId="77777777" w:rsidR="009176BB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7EF7666C" w14:textId="16783D3F" w:rsidR="009176BB" w:rsidRDefault="00000000">
      <w:pPr>
        <w:keepNext/>
        <w:spacing w:before="60" w:after="40"/>
      </w:pPr>
      <w:r>
        <w:rPr>
          <w:b/>
        </w:rPr>
        <w:t xml:space="preserve">Hoe gaat uw kind om met </w:t>
      </w:r>
      <w:proofErr w:type="spellStart"/>
      <w:r>
        <w:rPr>
          <w:b/>
        </w:rPr>
        <w:t>veranderingen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verwachtingen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emoties</w:t>
      </w:r>
      <w:proofErr w:type="spellEnd"/>
      <w:r w:rsidR="004A5BC2">
        <w:rPr>
          <w:b/>
        </w:rPr>
        <w:t>?</w:t>
      </w:r>
    </w:p>
    <w:p w14:paraId="74213604" w14:textId="77777777" w:rsidR="009176BB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3922302A" w14:textId="77777777" w:rsidR="009176BB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6F9E86B5" w14:textId="1DD265CB" w:rsidR="009176BB" w:rsidRDefault="00000000">
      <w:pPr>
        <w:keepNext/>
        <w:spacing w:before="60" w:after="40"/>
      </w:pPr>
      <w:r>
        <w:rPr>
          <w:b/>
        </w:rPr>
        <w:t xml:space="preserve">Zijn er zorgen rond eten </w:t>
      </w:r>
      <w:proofErr w:type="spellStart"/>
      <w:r>
        <w:rPr>
          <w:b/>
        </w:rPr>
        <w:t>drinken</w:t>
      </w:r>
      <w:proofErr w:type="spellEnd"/>
      <w:r>
        <w:rPr>
          <w:b/>
        </w:rPr>
        <w:t xml:space="preserve"> of </w:t>
      </w:r>
      <w:proofErr w:type="spellStart"/>
      <w:r>
        <w:rPr>
          <w:b/>
        </w:rPr>
        <w:t>tafelmomenten</w:t>
      </w:r>
      <w:proofErr w:type="spellEnd"/>
      <w:r w:rsidR="004A5BC2">
        <w:rPr>
          <w:b/>
        </w:rPr>
        <w:t>?</w:t>
      </w:r>
    </w:p>
    <w:p w14:paraId="2FA2CA96" w14:textId="77777777" w:rsidR="009176BB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1342A7A6" w14:textId="77777777" w:rsidR="009176BB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7F2645E5" w14:textId="5C7734BE" w:rsidR="009176BB" w:rsidRDefault="00000000">
      <w:pPr>
        <w:keepNext/>
        <w:spacing w:before="60" w:after="40"/>
      </w:pPr>
      <w:r>
        <w:rPr>
          <w:b/>
        </w:rPr>
        <w:t>Vrije</w:t>
      </w:r>
      <w:r w:rsidR="004A5BC2">
        <w:rPr>
          <w:b/>
        </w:rPr>
        <w:t xml:space="preserve"> </w:t>
      </w:r>
      <w:proofErr w:type="spellStart"/>
      <w:r>
        <w:rPr>
          <w:b/>
        </w:rPr>
        <w:t>tijd</w:t>
      </w:r>
      <w:proofErr w:type="spellEnd"/>
      <w:r>
        <w:rPr>
          <w:b/>
        </w:rPr>
        <w:t xml:space="preserve"> </w:t>
      </w:r>
      <w:r w:rsidR="004A5BC2">
        <w:rPr>
          <w:b/>
        </w:rPr>
        <w:t xml:space="preserve">- </w:t>
      </w:r>
      <w:r>
        <w:rPr>
          <w:b/>
        </w:rPr>
        <w:t xml:space="preserve">interesses </w:t>
      </w:r>
      <w:r w:rsidR="004A5BC2">
        <w:rPr>
          <w:b/>
        </w:rPr>
        <w:t xml:space="preserve">- </w:t>
      </w:r>
      <w:proofErr w:type="spellStart"/>
      <w:r>
        <w:rPr>
          <w:b/>
        </w:rPr>
        <w:t>talenten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herstelmomenten</w:t>
      </w:r>
      <w:proofErr w:type="spellEnd"/>
    </w:p>
    <w:p w14:paraId="7A54640A" w14:textId="77777777" w:rsidR="009176BB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128ECB99" w14:textId="77777777" w:rsidR="009176BB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0B2558B8" w14:textId="642F3BE1" w:rsidR="009176BB" w:rsidRDefault="00000000">
      <w:pPr>
        <w:keepNext/>
        <w:spacing w:before="60" w:after="40"/>
      </w:pPr>
      <w:r>
        <w:rPr>
          <w:b/>
        </w:rPr>
        <w:t xml:space="preserve">Wat gaat momenteel het moeilijkst en wanneer is </w:t>
      </w:r>
      <w:proofErr w:type="spellStart"/>
      <w:r>
        <w:rPr>
          <w:b/>
        </w:rPr>
        <w:t>dat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vooral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merkbaar</w:t>
      </w:r>
      <w:proofErr w:type="spellEnd"/>
      <w:r w:rsidR="004A5BC2">
        <w:rPr>
          <w:b/>
        </w:rPr>
        <w:t>?</w:t>
      </w:r>
    </w:p>
    <w:p w14:paraId="32C93DCC" w14:textId="77777777" w:rsidR="009176BB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6D54825D" w14:textId="77777777" w:rsidR="009176BB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5E1A2005" w14:textId="77777777" w:rsidR="009176BB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2B4B51EF" w14:textId="0319254C" w:rsidR="009176BB" w:rsidRDefault="00000000">
      <w:pPr>
        <w:keepNext/>
        <w:spacing w:before="60" w:after="40"/>
      </w:pPr>
      <w:r>
        <w:rPr>
          <w:b/>
        </w:rPr>
        <w:t xml:space="preserve">Wat helpt al en wat </w:t>
      </w:r>
      <w:proofErr w:type="spellStart"/>
      <w:r>
        <w:rPr>
          <w:b/>
        </w:rPr>
        <w:t>maakt</w:t>
      </w:r>
      <w:proofErr w:type="spellEnd"/>
      <w:r>
        <w:rPr>
          <w:b/>
        </w:rPr>
        <w:t xml:space="preserve"> het </w:t>
      </w:r>
      <w:proofErr w:type="spellStart"/>
      <w:r>
        <w:rPr>
          <w:b/>
        </w:rPr>
        <w:t>moeilijker</w:t>
      </w:r>
      <w:proofErr w:type="spellEnd"/>
      <w:r w:rsidR="004A5BC2">
        <w:rPr>
          <w:b/>
        </w:rPr>
        <w:t>?</w:t>
      </w:r>
    </w:p>
    <w:p w14:paraId="039309CE" w14:textId="77777777" w:rsidR="009176BB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3AEBDE5B" w14:textId="77777777" w:rsidR="009176BB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05BE1D95" w14:textId="77777777" w:rsidR="009176BB" w:rsidRDefault="00000000">
      <w:pPr>
        <w:pStyle w:val="Kop1"/>
      </w:pPr>
      <w:r>
        <w:t>Aanvullende informatie</w:t>
      </w:r>
    </w:p>
    <w:p w14:paraId="69818C68" w14:textId="77777777" w:rsidR="009176BB" w:rsidRDefault="00000000">
      <w:pPr>
        <w:keepNext/>
        <w:spacing w:before="60" w:after="40"/>
      </w:pPr>
      <w:r>
        <w:rPr>
          <w:b/>
        </w:rPr>
        <w:t>Relevante familiale kenmerken of voorgeschiedenis</w:t>
      </w:r>
    </w:p>
    <w:p w14:paraId="29F46339" w14:textId="77777777" w:rsidR="009176BB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1F8F5BB3" w14:textId="77777777" w:rsidR="009176BB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59BD9B45" w14:textId="77777777" w:rsidR="009176BB" w:rsidRDefault="00000000">
      <w:pPr>
        <w:keepNext/>
        <w:spacing w:before="60" w:after="40"/>
      </w:pPr>
      <w:r>
        <w:rPr>
          <w:b/>
        </w:rPr>
        <w:t>Andere informatie die u belangrijk vindt</w:t>
      </w:r>
    </w:p>
    <w:p w14:paraId="59FA9D93" w14:textId="77777777" w:rsidR="009176BB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7E7C05BD" w14:textId="77777777" w:rsidR="009176BB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76F50EBB" w14:textId="77777777" w:rsidR="009176BB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32430B81" w14:textId="6F0E2825" w:rsidR="009176BB" w:rsidRDefault="00000000">
      <w:pPr>
        <w:keepNext/>
        <w:spacing w:before="60" w:after="40"/>
      </w:pPr>
      <w:r>
        <w:rPr>
          <w:b/>
        </w:rPr>
        <w:t xml:space="preserve">Hoe leerde u Project </w:t>
      </w:r>
      <w:r w:rsidR="004A5BC2">
        <w:rPr>
          <w:b/>
        </w:rPr>
        <w:t>‘</w:t>
      </w:r>
      <w:proofErr w:type="spellStart"/>
      <w:r>
        <w:rPr>
          <w:b/>
        </w:rPr>
        <w:t>BinnensteBuiten</w:t>
      </w:r>
      <w:proofErr w:type="spellEnd"/>
      <w:r w:rsidR="004A5BC2">
        <w:rPr>
          <w:b/>
        </w:rPr>
        <w:t>’</w:t>
      </w:r>
      <w:r>
        <w:rPr>
          <w:b/>
        </w:rPr>
        <w:t xml:space="preserve"> </w:t>
      </w:r>
      <w:proofErr w:type="spellStart"/>
      <w:r>
        <w:rPr>
          <w:b/>
        </w:rPr>
        <w:t>kennen</w:t>
      </w:r>
      <w:proofErr w:type="spellEnd"/>
      <w:r w:rsidR="004A5BC2">
        <w:rPr>
          <w:b/>
        </w:rPr>
        <w:t>?</w:t>
      </w:r>
    </w:p>
    <w:p w14:paraId="511D192C" w14:textId="77777777" w:rsidR="009176BB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645B877F" w14:textId="77777777" w:rsidR="009176BB" w:rsidRDefault="00000000">
      <w:pPr>
        <w:pStyle w:val="Kop1"/>
      </w:pPr>
      <w:r>
        <w:t>Praktische toestemming</w:t>
      </w:r>
    </w:p>
    <w:p w14:paraId="2669FD2A" w14:textId="77777777" w:rsidR="009176BB" w:rsidRDefault="00000000">
      <w:pPr>
        <w:spacing w:before="60" w:after="40"/>
      </w:pPr>
      <w:r>
        <w:rPr>
          <w:b/>
        </w:rPr>
        <w:t>Ik bevestig dat de ingevulde informatie naar mijn beste weten correct is</w:t>
      </w:r>
    </w:p>
    <w:p w14:paraId="4B21E88F" w14:textId="77777777" w:rsidR="009176BB" w:rsidRDefault="00000000">
      <w:pPr>
        <w:spacing w:after="60"/>
      </w:pPr>
      <w:r>
        <w:t>☐ Ja</w:t>
      </w:r>
    </w:p>
    <w:p w14:paraId="6EE3878B" w14:textId="77777777" w:rsidR="009176BB" w:rsidRDefault="00000000">
      <w:pPr>
        <w:spacing w:before="60" w:after="40"/>
      </w:pPr>
      <w:r>
        <w:rPr>
          <w:b/>
        </w:rPr>
        <w:t>Ik geef toestemming om deze gegevens te gebruiken voor de intake en zorgafstemming</w:t>
      </w:r>
    </w:p>
    <w:p w14:paraId="29D3D848" w14:textId="77777777" w:rsidR="009176BB" w:rsidRDefault="00000000">
      <w:pPr>
        <w:spacing w:after="60"/>
      </w:pPr>
      <w:r>
        <w:t>☐ Ja   ☐ Nee of eerst bespreken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9"/>
        <w:gridCol w:w="4989"/>
      </w:tblGrid>
      <w:tr w:rsidR="009176BB" w14:paraId="2C1A6E06" w14:textId="77777777">
        <w:trPr>
          <w:jc w:val="center"/>
        </w:trPr>
        <w:tc>
          <w:tcPr>
            <w:tcW w:w="498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1D1481" w14:textId="77777777" w:rsidR="009176BB" w:rsidRDefault="00000000">
            <w:r>
              <w:rPr>
                <w:b/>
              </w:rPr>
              <w:t>Naam ouder of voogd</w:t>
            </w:r>
            <w:r>
              <w:rPr>
                <w:b/>
              </w:rPr>
              <w:br/>
            </w:r>
            <w:r>
              <w:t>________________________________</w:t>
            </w:r>
          </w:p>
        </w:tc>
        <w:tc>
          <w:tcPr>
            <w:tcW w:w="498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A8643D" w14:textId="77777777" w:rsidR="009176BB" w:rsidRDefault="00000000">
            <w:r>
              <w:rPr>
                <w:b/>
              </w:rPr>
              <w:t>Datum</w:t>
            </w:r>
            <w:r>
              <w:rPr>
                <w:b/>
              </w:rPr>
              <w:br/>
            </w:r>
            <w:r>
              <w:t>________________________________</w:t>
            </w:r>
          </w:p>
        </w:tc>
      </w:tr>
      <w:tr w:rsidR="009176BB" w14:paraId="2A3E0170" w14:textId="77777777">
        <w:trPr>
          <w:jc w:val="center"/>
        </w:trPr>
        <w:tc>
          <w:tcPr>
            <w:tcW w:w="498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FBAB4F" w14:textId="77777777" w:rsidR="009176BB" w:rsidRDefault="00000000">
            <w:r>
              <w:rPr>
                <w:b/>
              </w:rPr>
              <w:t>Handtekening</w:t>
            </w:r>
            <w:r>
              <w:rPr>
                <w:b/>
              </w:rPr>
              <w:br/>
            </w:r>
            <w:r>
              <w:t>________________________________</w:t>
            </w:r>
          </w:p>
        </w:tc>
        <w:tc>
          <w:tcPr>
            <w:tcW w:w="498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E7A1FC" w14:textId="77777777" w:rsidR="009176BB" w:rsidRDefault="00000000">
            <w:r>
              <w:rPr>
                <w:b/>
              </w:rPr>
              <w:t>Relatie tot het kind</w:t>
            </w:r>
            <w:r>
              <w:rPr>
                <w:b/>
              </w:rPr>
              <w:br/>
            </w:r>
            <w:r>
              <w:t>________________________________</w:t>
            </w:r>
          </w:p>
        </w:tc>
      </w:tr>
    </w:tbl>
    <w:p w14:paraId="27C9E4B4" w14:textId="77777777" w:rsidR="009176BB" w:rsidRDefault="009176BB"/>
    <w:p w14:paraId="07579E04" w14:textId="77777777" w:rsidR="009176BB" w:rsidRDefault="00000000">
      <w:pPr>
        <w:ind w:right="3118"/>
      </w:pPr>
      <w:r>
        <w:rPr>
          <w:i/>
        </w:rPr>
        <w:t>Bezorg het ingevulde formulier via het afgesproken beveiligde kanaal. Vermijd het versturen van medische gegevens via onbeveiligde communicatie.</w:t>
      </w:r>
      <w:r>
        <w:rPr>
          <w:noProof/>
        </w:rPr>
        <w:drawing>
          <wp:anchor distT="0" distB="0" distL="0" distR="0" simplePos="0" relativeHeight="251667242" behindDoc="0" locked="0" layoutInCell="1" allowOverlap="1" wp14:anchorId="79800ECF" wp14:editId="40C5187B">
            <wp:simplePos x="0" y="0"/>
            <wp:positionH relativeFrom="page">
              <wp:posOffset>5148000</wp:posOffset>
            </wp:positionH>
            <wp:positionV relativeFrom="page">
              <wp:posOffset>8333999</wp:posOffset>
            </wp:positionV>
            <wp:extent cx="1800000" cy="1800000"/>
            <wp:effectExtent l="0" t="0" r="0" b="0"/>
            <wp:wrapNone/>
            <wp:docPr id="9002" name="Picture 90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onas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176BB">
      <w:headerReference w:type="default" r:id="rId10"/>
      <w:footerReference w:type="default" r:id="rId11"/>
      <w:pgSz w:w="11906" w:h="16838"/>
      <w:pgMar w:top="879" w:right="964" w:bottom="879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FF8AB" w14:textId="77777777" w:rsidR="00685B01" w:rsidRDefault="00685B01">
      <w:pPr>
        <w:spacing w:after="0" w:line="240" w:lineRule="auto"/>
      </w:pPr>
      <w:r>
        <w:separator/>
      </w:r>
    </w:p>
  </w:endnote>
  <w:endnote w:type="continuationSeparator" w:id="0">
    <w:p w14:paraId="155E654D" w14:textId="77777777" w:rsidR="00685B01" w:rsidRDefault="00685B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546C0" w14:textId="7D4460BB" w:rsidR="009176BB" w:rsidRDefault="00000000">
    <w:pPr>
      <w:pStyle w:val="Voettekst"/>
      <w:jc w:val="center"/>
    </w:pPr>
    <w:proofErr w:type="spellStart"/>
    <w:r>
      <w:rPr>
        <w:color w:val="657068"/>
        <w:sz w:val="15"/>
      </w:rPr>
      <w:t>Gezinsbegeleiding</w:t>
    </w:r>
    <w:proofErr w:type="spellEnd"/>
    <w:r>
      <w:rPr>
        <w:color w:val="657068"/>
        <w:sz w:val="15"/>
      </w:rPr>
      <w:t xml:space="preserve">  </w:t>
    </w:r>
    <w:proofErr w:type="spellStart"/>
    <w:r>
      <w:rPr>
        <w:color w:val="657068"/>
        <w:sz w:val="15"/>
      </w:rPr>
      <w:t>Diagnostiek</w:t>
    </w:r>
    <w:proofErr w:type="spellEnd"/>
    <w:r>
      <w:rPr>
        <w:color w:val="657068"/>
        <w:sz w:val="15"/>
      </w:rPr>
      <w:t xml:space="preserve">  </w:t>
    </w:r>
    <w:proofErr w:type="spellStart"/>
    <w:r>
      <w:rPr>
        <w:color w:val="657068"/>
        <w:sz w:val="15"/>
      </w:rPr>
      <w:t>Therapie</w:t>
    </w:r>
    <w:proofErr w:type="spellEnd"/>
    <w:r>
      <w:rPr>
        <w:color w:val="657068"/>
        <w:sz w:val="15"/>
      </w:rPr>
      <w:t xml:space="preserve">  </w:t>
    </w:r>
    <w:proofErr w:type="spellStart"/>
    <w:r>
      <w:rPr>
        <w:color w:val="657068"/>
        <w:sz w:val="15"/>
      </w:rPr>
      <w:t>Voeding</w:t>
    </w:r>
    <w:proofErr w:type="spellEnd"/>
    <w:r w:rsidR="001B362A">
      <w:rPr>
        <w:color w:val="657068"/>
        <w:sz w:val="15"/>
      </w:rPr>
      <w:t xml:space="preserve">  </w:t>
    </w:r>
    <w:proofErr w:type="spellStart"/>
    <w:r w:rsidR="001B362A">
      <w:rPr>
        <w:color w:val="657068"/>
        <w:sz w:val="15"/>
      </w:rPr>
      <w:t>Kinesitherapie</w:t>
    </w:r>
    <w:proofErr w:type="spellEnd"/>
    <w:r w:rsidR="001B362A">
      <w:rPr>
        <w:color w:val="657068"/>
        <w:sz w:val="15"/>
      </w:rPr>
      <w:t xml:space="preserve"> </w:t>
    </w:r>
    <w:proofErr w:type="spellStart"/>
    <w:r w:rsidR="001B362A">
      <w:rPr>
        <w:color w:val="657068"/>
        <w:sz w:val="15"/>
      </w:rPr>
      <w:t>Logopedie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72239" w14:textId="77777777" w:rsidR="00685B01" w:rsidRDefault="00685B01">
      <w:pPr>
        <w:spacing w:after="0" w:line="240" w:lineRule="auto"/>
      </w:pPr>
      <w:r>
        <w:separator/>
      </w:r>
    </w:p>
  </w:footnote>
  <w:footnote w:type="continuationSeparator" w:id="0">
    <w:p w14:paraId="627C7734" w14:textId="77777777" w:rsidR="00685B01" w:rsidRDefault="00685B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EB8E2" w14:textId="77777777" w:rsidR="009176BB" w:rsidRDefault="00000000">
    <w:pPr>
      <w:pStyle w:val="Koptekst"/>
      <w:jc w:val="right"/>
    </w:pPr>
    <w:r>
      <w:rPr>
        <w:b/>
        <w:color w:val="667A6A"/>
        <w:sz w:val="16"/>
      </w:rPr>
      <w:t>PROJECT ‘BINNENSTEBUITEN’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27194967">
    <w:abstractNumId w:val="8"/>
  </w:num>
  <w:num w:numId="2" w16cid:durableId="1161699992">
    <w:abstractNumId w:val="6"/>
  </w:num>
  <w:num w:numId="3" w16cid:durableId="971710126">
    <w:abstractNumId w:val="5"/>
  </w:num>
  <w:num w:numId="4" w16cid:durableId="1488744825">
    <w:abstractNumId w:val="4"/>
  </w:num>
  <w:num w:numId="5" w16cid:durableId="286351840">
    <w:abstractNumId w:val="7"/>
  </w:num>
  <w:num w:numId="6" w16cid:durableId="136608818">
    <w:abstractNumId w:val="3"/>
  </w:num>
  <w:num w:numId="7" w16cid:durableId="463667356">
    <w:abstractNumId w:val="2"/>
  </w:num>
  <w:num w:numId="8" w16cid:durableId="1085302826">
    <w:abstractNumId w:val="1"/>
  </w:num>
  <w:num w:numId="9" w16cid:durableId="654066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B362A"/>
    <w:rsid w:val="0029420C"/>
    <w:rsid w:val="0029639D"/>
    <w:rsid w:val="002B3970"/>
    <w:rsid w:val="00326F90"/>
    <w:rsid w:val="004A5BC2"/>
    <w:rsid w:val="00685B01"/>
    <w:rsid w:val="009176BB"/>
    <w:rsid w:val="00A650C6"/>
    <w:rsid w:val="00AA1D8D"/>
    <w:rsid w:val="00B47730"/>
    <w:rsid w:val="00CB0664"/>
    <w:rsid w:val="00D570CF"/>
    <w:rsid w:val="00E8426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D7FD27"/>
  <w14:defaultImageDpi w14:val="300"/>
  <w15:docId w15:val="{B80C52C1-03A9-458C-8C8C-7DA3A9318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  <w:pPr>
      <w:spacing w:after="100" w:line="252" w:lineRule="auto"/>
    </w:pPr>
    <w:rPr>
      <w:rFonts w:ascii="Aptos" w:hAnsi="Aptos"/>
      <w:color w:val="26312A"/>
      <w:sz w:val="19"/>
    </w:rPr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1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180"/>
      <w:outlineLvl w:val="1"/>
    </w:pPr>
    <w:rPr>
      <w:rFonts w:asciiTheme="majorHAnsi" w:eastAsiaTheme="majorEastAsia" w:hAnsiTheme="majorHAnsi" w:cstheme="majorBidi"/>
      <w:b/>
      <w:bCs/>
      <w:color w:val="000000"/>
      <w:sz w:val="2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44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1578</Words>
  <Characters>8680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10238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Intakeformulier</dc:subject>
  <dc:creator>Marieke Uleyn</dc:creator>
  <cp:keywords>intake, kind, jongere, Project BinnensteBuiten</cp:keywords>
  <dc:description>Leeg professioneel intakeformulier</dc:description>
  <cp:lastModifiedBy>Marieke Uleyn</cp:lastModifiedBy>
  <cp:revision>4</cp:revision>
  <cp:lastPrinted>2026-09-10T13:02:00Z</cp:lastPrinted>
  <dcterms:created xsi:type="dcterms:W3CDTF">2026-09-10T12:05:00Z</dcterms:created>
  <dcterms:modified xsi:type="dcterms:W3CDTF">2026-09-10T13:03:00Z</dcterms:modified>
  <cp:category/>
</cp:coreProperties>
</file>